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2011680" cy="2570958"/>
            <wp:docPr id="1" name="Picture 1"/>
            <wp:cNvGraphicFramePr>
              <a:graphicFrameLocks noChangeAspect="1"/>
            </wp:cNvGraphicFramePr>
            <a:graphic>
              <a:graphicData uri="http://schemas.openxmlformats.org/drawingml/2006/picture">
                <pic:pic>
                  <pic:nvPicPr>
                    <pic:cNvPr id="0" name="FullSizeRender.jpeg"/>
                    <pic:cNvPicPr/>
                  </pic:nvPicPr>
                  <pic:blipFill>
                    <a:blip r:embed="rId9"/>
                    <a:stretch>
                      <a:fillRect/>
                    </a:stretch>
                  </pic:blipFill>
                  <pic:spPr>
                    <a:xfrm>
                      <a:off x="0" y="0"/>
                      <a:ext cx="2011680" cy="2570958"/>
                    </a:xfrm>
                    <a:prstGeom prst="rect"/>
                  </pic:spPr>
                </pic:pic>
              </a:graphicData>
            </a:graphic>
          </wp:inline>
        </w:drawing>
      </w:r>
    </w:p>
    <w:p>
      <w:pPr>
        <w:pStyle w:val="Heading1"/>
        <w:jc w:val="center"/>
      </w:pPr>
      <w:r>
        <w:t>BEA HOOPS LLC</w:t>
      </w:r>
    </w:p>
    <w:p>
      <w:pPr>
        <w:jc w:val="center"/>
      </w:pPr>
      <w:r>
        <w:rPr>
          <w:b/>
        </w:rPr>
        <w:t>Official Athlete Registration &amp; Liability Waiver</w:t>
        <w:br/>
      </w:r>
      <w:r>
        <w:t>Required for Participation in All BEA Activities</w:t>
      </w:r>
    </w:p>
    <w:p>
      <w:pPr>
        <w:pStyle w:val="Heading2"/>
      </w:pPr>
      <w:r>
        <w:t>Athlete Information</w:t>
      </w:r>
    </w:p>
    <w:p>
      <w:r>
        <w:t xml:space="preserve"> Athlete Name: ________________________________________________</w:t>
      </w:r>
    </w:p>
    <w:p>
      <w:r>
        <w:t xml:space="preserve"> Date of Birth: ____________  Age: ______  Grade: ______</w:t>
      </w:r>
    </w:p>
    <w:p>
      <w:r>
        <w:t xml:space="preserve"> School: _________________________________________________</w:t>
      </w:r>
    </w:p>
    <w:p>
      <w:pPr>
        <w:pStyle w:val="Heading2"/>
      </w:pPr>
      <w:r>
        <w:t>Parent / Guardian Information</w:t>
      </w:r>
    </w:p>
    <w:p>
      <w:r>
        <w:t xml:space="preserve"> Parent/Guardian Name: ________________________________________</w:t>
      </w:r>
    </w:p>
    <w:p>
      <w:r>
        <w:t xml:space="preserve"> Address: _________________________________________________</w:t>
      </w:r>
    </w:p>
    <w:p>
      <w:r>
        <w:t xml:space="preserve"> City: __________________ State: ______ Zip: __________</w:t>
      </w:r>
    </w:p>
    <w:p>
      <w:r>
        <w:t xml:space="preserve"> Phone: ____________________ Email: __________________________</w:t>
      </w:r>
    </w:p>
    <w:p>
      <w:pPr>
        <w:pStyle w:val="Heading2"/>
      </w:pPr>
      <w:r>
        <w:t>Emergency Contact</w:t>
      </w:r>
    </w:p>
    <w:p>
      <w:r>
        <w:t xml:space="preserve"> Name: __________________ Relationship: __________________</w:t>
      </w:r>
    </w:p>
    <w:p>
      <w:r>
        <w:t xml:space="preserve"> Phone: _________________________________________________</w:t>
      </w:r>
    </w:p>
    <w:p>
      <w:pPr>
        <w:pStyle w:val="Heading2"/>
      </w:pPr>
      <w:r>
        <w:t>Medical Information</w:t>
      </w:r>
    </w:p>
    <w:p>
      <w:r>
        <w:t xml:space="preserve"> Insurance Company: _______________________________________</w:t>
      </w:r>
    </w:p>
    <w:p>
      <w:r>
        <w:t xml:space="preserve"> Policy #: ________________________________________________</w:t>
      </w:r>
    </w:p>
    <w:p>
      <w:r>
        <w:t xml:space="preserve"> Allergies/Medical Conditions: ______________________________</w:t>
      </w:r>
    </w:p>
    <w:p>
      <w:r>
        <w:t xml:space="preserve"> Current Medications: ______________________________________</w:t>
      </w:r>
    </w:p>
    <w:p>
      <w:pPr>
        <w:pStyle w:val="Heading2"/>
      </w:pPr>
      <w:r>
        <w:t>Liability Release and Assumption of Risk</w:t>
      </w:r>
    </w:p>
    <w:p>
      <w:r>
        <w:t>Participation in basketball involves inherent risks, including but not limited to falls, collisions, strains, sprains, fractures, concussion, illness, permanent disability, and death. By signing below, I acknowledge these risks and voluntarily allow my child to participate in practices, training sessions, leagues, tournaments, travel related to team activities, and other BEA Hoops LLC events.</w:t>
      </w:r>
    </w:p>
    <w:p>
      <w:r>
        <w:t>In consideration for participation, I release and hold harmless BEA Hoops LLC (Baker Elite Athletics), its owner, coaches, directors, employees, volunteers, and agents from claims arising out of ordinary risks associated with participation, except to the extent prohibited by applicable law.</w:t>
      </w:r>
    </w:p>
    <w:p>
      <w:pPr>
        <w:pStyle w:val="Heading2"/>
      </w:pPr>
      <w:r>
        <w:t>Emergency Medical Authorization</w:t>
      </w:r>
    </w:p>
    <w:p>
      <w:r>
        <w:t>I authorize BEA Hoops LLC to obtain emergency medical treatment for my child if I cannot be reached. I understand I am responsible for any medical expenses incurred.</w:t>
      </w:r>
    </w:p>
    <w:p>
      <w:pPr>
        <w:pStyle w:val="Heading2"/>
      </w:pPr>
      <w:r>
        <w:t>Photo &amp; Media Release</w:t>
      </w:r>
    </w:p>
    <w:p>
      <w:r>
        <w:t>I grant permission for BEA Hoops LLC to use photographs and video of my child for team, website, social media, and promotional purposes without compensation.</w:t>
      </w:r>
    </w:p>
    <w:p>
      <w:pPr>
        <w:pStyle w:val="Heading2"/>
      </w:pPr>
      <w:r>
        <w:t>Acknowledgment</w:t>
      </w:r>
    </w:p>
    <w:p>
      <w:r>
        <w:t>I certify the information provided is accurate. I understand this waiver is required for participation in all BEA Hoops activities and agree to follow all program rules and policies.</w:t>
      </w:r>
    </w:p>
    <w:p>
      <w:pPr>
        <w:pStyle w:val="Heading2"/>
      </w:pPr>
      <w:r>
        <w:t>Signatures</w:t>
      </w:r>
    </w:p>
    <w:p>
      <w:r>
        <w:t>Athlete Signature: ____________________________   Date: __________</w:t>
      </w:r>
    </w:p>
    <w:p>
      <w:r>
        <w:t>Parent/Guardian Signature: ____________________ Date: __________</w:t>
      </w:r>
    </w:p>
    <w:p>
      <w:r>
        <w:t>Printed Name: ______________________________________________</w:t>
      </w:r>
    </w:p>
    <w:p/>
    <w:p>
      <w:pPr>
        <w:jc w:val="center"/>
      </w:pPr>
      <w:r>
        <w:rPr>
          <w:b/>
        </w:rPr>
        <w:t>Sam Baker | Founder &amp; Program Director</w:t>
        <w:br/>
      </w:r>
      <w:r>
        <w:t>BEA Hoops LLC (Baker Elite Athletics)</w:t>
        <w:br/>
      </w:r>
      <w:r>
        <w:t>beahoops.info@gmail.com | (763) 353-6280</w:t>
      </w:r>
    </w:p>
    <w:sectPr w:rsidR="00FC693F" w:rsidRPr="0006063C" w:rsidSect="00034616">
      <w:pgSz w:w="12240" w:h="15840"/>
      <w:pgMar w:top="720" w:right="1800" w:bottom="72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